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הארוחה המשפחתית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בשני מאמרים על ארוחה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תרומות, קשיים ופתרונות המוזכרים במאמרים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מיזוג רעיונות משני מקורות לקראת כתיבת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תרומה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כשליש מהמשפחות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ב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בפסקה ה נכתב שארוחה עם כעס או ביקורת לא תתרום הרבה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תרומות וקשיים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(קרבה למשפחה ופחות לחץ ובדידות)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(פיתוח שפה ושיפור ציונים)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(אכילה מאוזנת והרגלי אכילה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(טלפונים מפריעים לשיחה ליד השולחן)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אווירה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הצעות המומחים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לקבוע מראש ערב אחד או שניים בשבוע לארוחה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לשמור על הזמן הזה כמו על פגישה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שהטלפונים נשארים בחדר אחר בזמן הארוחה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לשתף את הילדים בהכנת האוכל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קראתי והבנתי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תרומה רגשית, לימודית או בריאותית מתוך מאמר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קצב חיים, טכנולוגיה או חוסר זמן לבישול מתוך מאמר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שהאווירה והקרבה חשובות יותר מהתפריט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שני המאמרים בקול לפני תחילת העבודה, ולסמן יחד את האותיות של הפסקאות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וההשלמה בזוגות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להזכיר לתלמידים לציין מאיזה מאמר לקוח כל רעיון, כהכנה למיומנות הציטוט במבחן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הארוחה המשפחתית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הבנת נקרא בשני מאמרים העוסקים בארוחה המשפחתית: מאמר אחד מציג את התרומות שלה, והשני מציג את הקשיים לקיים אותה ואת הפתרונות האפשריים.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אווירה  ·  שליש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תרומה מוזכרת במאמר 1 לארוחה המשפחתית?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תרומה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תרומה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תרומה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הסקר במאמר 2, כמה מהמשפחות בישראל אוכלות יחד ארוחת ערב ברוב ימות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מחצית מהמשפחות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כשליש מהמשפחות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1, המחקר נערך בקרב כאלפיים בני נוער.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1, אווירה כועסת ליד השולחן תורמת לקרבה המשפחתית.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תרומות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תרומה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פיתוח שפה ושיפור 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תרומה לימודית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אכילה מאוזנת והרגלי אכילה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תרומה בריאותית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טלפונים מפריעים לשיחה ליד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קושי טכנולוגי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קרבה למשפחה ופחות לחץ ובדידות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מאמר 1, הדבר החשוב ביותר בארוחה המשפחתית הוא ה__________ הנעימה.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מאמר 2, רק כ__________ מהמשפחות בישראל אוכלות יחד ברוב ימות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הצעות המומחים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שהטלפונים נשארים בחדר אחר בזמן הארוחה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לשתף את הילדים בהכנת האוכל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לקבוע מראש ערב אחד או שניים בשבוע לארוחה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לשמור על הזמן הזה כמו על פגישה חשובה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קראתי והבנתי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התרומות של הארוחה המשפחתית לפי מאמר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הסיבות לקושי לאכול יחד לפי מאמר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הארוחה המשפחתית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