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בשני מאמרים על ארוחה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תרומות, קשיים ופתרונות המוזכרים במאמרים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מיזוג רעיונות משני מקורות לקראת כתיבת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תרומה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כשליש מהמשפחות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קצב החיים ושעות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להשאיר אותם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ארוחת בוקר משותפת או ארוחה גדולה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ב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בפסקה ה נכתב שארוחה עם כעס או ביקורת לא תתרום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טכנולוגיה וחוסר זמן לבשל, לא רק סיבה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אמרה שהם יזכרו שישבו יחד וצחקו, לא את האוכל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תרומות וקשיים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(קרבה למשפחה ופחות לחץ ובדידות)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(פיתוח שפה ושיפור 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(אכילה מאוזנת והרגלי אכילה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(טלפונים מפריעים לשיחה ליד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(הורים מזמינים אוכל מוכן במקום לבשל)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הצעות המומחים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לקבוע מראש ערב אחד או שניים בשבוע לארוחה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לשמור על הזמן הזה כמו על פגישה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שהטלפונים נשארים בחדר אחר בזמן הארוחה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לשתף את הילדים בהכנת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קראתי והבנתי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שני המאמרים מסכימים שהחשוב הוא לא האוכל אלא האווירה והקרבה (מאמר 1 פסקה ה, מאמר 2 פסקה ו). כמו כן שניהם מסכימים שגם ארוחה פשוטה או לא כל יום יכולה להועיל (מאמר 1 פסקה ו, מאמר 2 פסקה 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תרומה רגשית, לימודית או בריאותית מתוך 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קצב חיים, טכנולוגיה או חוסר זמן לבישול מתוך מאמר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שהאווירה והקרבה חשובות יותר מהתפריט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העבודה, ולסמן יחד את האותיות של הפסקאות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וההשלמה בזוגות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לציין מאיזה מאמר לקוח כל רעיון, כהכנה למיומנות הציטוט במבחן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נקרא בשני מאמרים העוסקים בארוחה המשפחתית: מאמר אחד מציג את התרומות שלה, והשני מציג את הקשיים לקיים אותה ואת הפתרונות האפשריים.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תרומה מוזכרת במאמר 1 לארוחה המשפחתית?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תרומה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תרומה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תרומה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תרומה טכנולוגית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הסקר במאמר 2, כמה מהמשפחות בישראל אוכלות יחד ארוחת ערב ברוב ימות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מחצית מהמשפחות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כשליש מהמשפחות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כמעט אף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הסיבה הראשונה לקושי לאכול יחד, לפי 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 החיים ושעות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אהבה בין 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מחירי האוכל הגבוהים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מציעים המומחים לעשות עם הטלפונים בזמן הארוחה?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להניח אותם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להשאיר אותם בחדר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רק את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רק להודעות דחופות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ארוחות, לפי מאמר 1, יכולות גם הן להועיל אם אי אפשר לאכול יחד 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ארוחת בוקר משותפת או ארוחה גדולה בסוף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במסעדה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שרק הילדים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שההורים אוכלים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המחקר נערך בקרב כאלפיים בני נוער.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אווירה כועסת ליד השולחן תורמת לקרבה המשפחתית.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הסיבה היחידה לקושי לאכול יחד היא חוסר זמן של ההורים.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יועצת המשפחה אומרת שהילדים יזכרו בעיקר מה אכלו.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תרומות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תרומה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הורים מזמינים אוכל מוכן במקום לבשל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תרומה לימודית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קרבה למשפחה ופחות לחץ ובדידות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תרומה בריאותית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פיתוח שפה ושיפור 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 טכנולוגי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אכילה מאוזנת והרגלי אכילה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קושי של זמן לבישול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טלפונים מפריעים לשיחה ליד השולחן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מאמר 1, הדבר החשוב ביותר בארוחה המשפחתית הוא ה__________ הנעימה.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מאמר 2, רק כ__________ מהמשפחות בישראל אוכלות יחד ברוב ימות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ההצעות של המומחים היא לשתף את הילדים ב__________ האוכל.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מאמר 1, החשוב הוא ה__________, כלומר שיש זמן קבוע שבו המשפחה נפגשת.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הצעות המומחים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הילדים בהכנת האוכל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שהטלפונים נשארים בחדר אחר בזמן הארוחה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מראש ערב אחד או שניים בשבוע לארוחה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הזמן הזה כמו על פגישה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קראתי והבנתי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רעיונות ששני המאמרים מסכימים עליהם, וציינו באיזו פסקה כל רעיון מופיע בכל מאמר.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התרומות של הארוחה המשפחתית לפי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הסיבות לקושי לאכול יחד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יותר, לפי שני המאמרים - האוכל עצמו או האווירה? הסבירו.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הארוחה המשפחתית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